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0023D" w14:textId="33A42619" w:rsidR="00C90471" w:rsidRPr="000B0A0B" w:rsidRDefault="00000000">
      <w:pPr>
        <w:pStyle w:val="Heading1"/>
        <w:rPr>
          <w:color w:val="auto"/>
        </w:rPr>
      </w:pPr>
      <w:r w:rsidRPr="000B0A0B">
        <w:rPr>
          <w:color w:val="auto"/>
        </w:rPr>
        <w:t xml:space="preserve">Education, AS – </w:t>
      </w:r>
      <w:r w:rsidR="00EF7EB9">
        <w:rPr>
          <w:color w:val="auto"/>
        </w:rPr>
        <w:t>Longwood</w:t>
      </w:r>
      <w:r w:rsidRPr="000B0A0B">
        <w:rPr>
          <w:color w:val="auto"/>
        </w:rPr>
        <w:t xml:space="preserve"> University Pathway </w:t>
      </w:r>
    </w:p>
    <w:p w14:paraId="569EFD96" w14:textId="77777777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t>Program Overview</w:t>
      </w:r>
    </w:p>
    <w:p w14:paraId="2C7351B7" w14:textId="303C6617" w:rsidR="00C90471" w:rsidRDefault="00000000">
      <w:r>
        <w:t>Length: 60 credits</w:t>
      </w:r>
      <w:r>
        <w:br/>
        <w:t xml:space="preserve">Purpose: Designed for students planning to complete a baccalaureate degree in </w:t>
      </w:r>
      <w:r w:rsidR="00CC7CE5">
        <w:t>Elemen</w:t>
      </w:r>
      <w:r w:rsidR="00F4311F">
        <w:t>tary and Middle School E</w:t>
      </w:r>
      <w:r>
        <w:t>ducation</w:t>
      </w:r>
      <w:r w:rsidR="00F4311F">
        <w:t xml:space="preserve"> and Teaching</w:t>
      </w:r>
      <w:r>
        <w:t xml:space="preserve"> through </w:t>
      </w:r>
      <w:r w:rsidR="00EF7EB9">
        <w:t>Longwood</w:t>
      </w:r>
      <w:r>
        <w:t xml:space="preserve"> University. Students are responsible for verifying transferability with the receiving institution.</w:t>
      </w:r>
    </w:p>
    <w:p w14:paraId="5F12945F" w14:textId="77777777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t>General Education Requirements (38 Credits)</w:t>
      </w:r>
    </w:p>
    <w:p w14:paraId="66D2F7DF" w14:textId="77777777" w:rsidR="00C90471" w:rsidRDefault="00000000">
      <w:pPr>
        <w:pStyle w:val="ListBullet"/>
      </w:pPr>
      <w:r>
        <w:t>BIO 101 – General Biology I (4 credits)</w:t>
      </w:r>
    </w:p>
    <w:p w14:paraId="467C0D6A" w14:textId="77777777" w:rsidR="00C90471" w:rsidRDefault="00000000">
      <w:pPr>
        <w:pStyle w:val="ListBullet"/>
      </w:pPr>
      <w:r>
        <w:t>CST 110 – Introduction to Human Communication (3 credits)</w:t>
      </w:r>
    </w:p>
    <w:p w14:paraId="201B6876" w14:textId="77777777" w:rsidR="00C90471" w:rsidRDefault="00000000">
      <w:pPr>
        <w:pStyle w:val="ListBullet"/>
      </w:pPr>
      <w:r>
        <w:t>ENG 111 – College Composition I (3 credits)</w:t>
      </w:r>
    </w:p>
    <w:p w14:paraId="56833F3F" w14:textId="77777777" w:rsidR="00C90471" w:rsidRDefault="00000000">
      <w:pPr>
        <w:pStyle w:val="ListBullet"/>
      </w:pPr>
      <w:r>
        <w:t>ENG 112 – College Composition II (3 credits)</w:t>
      </w:r>
    </w:p>
    <w:p w14:paraId="041E3F90" w14:textId="77777777" w:rsidR="00C90471" w:rsidRDefault="00000000">
      <w:pPr>
        <w:pStyle w:val="ListBullet"/>
      </w:pPr>
      <w:r>
        <w:t>ENG 250 – Children’s Literature (3 credits)</w:t>
      </w:r>
    </w:p>
    <w:p w14:paraId="17792B77" w14:textId="77777777" w:rsidR="00C90471" w:rsidRDefault="00000000">
      <w:pPr>
        <w:pStyle w:val="ListBullet"/>
      </w:pPr>
      <w:r>
        <w:t>HIS 121 – U.S. History to 1877 (3 credits)</w:t>
      </w:r>
    </w:p>
    <w:p w14:paraId="1E8537E5" w14:textId="77777777" w:rsidR="00C90471" w:rsidRDefault="00000000">
      <w:pPr>
        <w:pStyle w:val="ListBullet"/>
      </w:pPr>
      <w:r>
        <w:t>HIS 122 – U.S. History Since 1865 (3 credits)</w:t>
      </w:r>
    </w:p>
    <w:p w14:paraId="720DCF99" w14:textId="18D4A768" w:rsidR="005B0F77" w:rsidRDefault="005B0F77">
      <w:pPr>
        <w:pStyle w:val="ListBullet"/>
      </w:pPr>
      <w:r>
        <w:t xml:space="preserve">MTH 154 </w:t>
      </w:r>
      <w:r w:rsidR="00D63720">
        <w:t>–</w:t>
      </w:r>
      <w:r>
        <w:t xml:space="preserve"> </w:t>
      </w:r>
      <w:r w:rsidR="00D63720">
        <w:t>Quantitative Reasoning (3 credits)</w:t>
      </w:r>
    </w:p>
    <w:p w14:paraId="77BE007D" w14:textId="77777777" w:rsidR="00C90471" w:rsidRDefault="00000000">
      <w:pPr>
        <w:pStyle w:val="ListBullet"/>
      </w:pPr>
      <w:r>
        <w:t>MTH 155 – Statistical Reasoning (3 credits)</w:t>
      </w:r>
    </w:p>
    <w:p w14:paraId="4F25B35F" w14:textId="77777777" w:rsidR="00C90471" w:rsidRDefault="00000000">
      <w:pPr>
        <w:pStyle w:val="ListBullet"/>
      </w:pPr>
      <w:r>
        <w:t>PHY 100 – Elements of Physics (4 credits)</w:t>
      </w:r>
    </w:p>
    <w:p w14:paraId="745F1601" w14:textId="77777777" w:rsidR="00C90471" w:rsidRDefault="00000000">
      <w:pPr>
        <w:pStyle w:val="ListBullet"/>
      </w:pPr>
      <w:r>
        <w:t>PSY 230 – Developmental Psychology (3 credits)</w:t>
      </w:r>
    </w:p>
    <w:p w14:paraId="7EDC240A" w14:textId="77777777" w:rsidR="00C90471" w:rsidRDefault="00000000">
      <w:pPr>
        <w:pStyle w:val="ListBullet"/>
      </w:pPr>
      <w:r>
        <w:t>ART 101, ART 102, ART 121, or MUS 121 (3 credits)</w:t>
      </w:r>
    </w:p>
    <w:p w14:paraId="10EE6A91" w14:textId="77777777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t>Program Requirements (22 Credits)</w:t>
      </w:r>
    </w:p>
    <w:p w14:paraId="257AE8E3" w14:textId="77777777" w:rsidR="00C90471" w:rsidRDefault="00000000">
      <w:pPr>
        <w:pStyle w:val="ListBullet"/>
      </w:pPr>
      <w:r>
        <w:t>EDU 200 – Foundations of Education (3 credits)</w:t>
      </w:r>
    </w:p>
    <w:p w14:paraId="77450662" w14:textId="77777777" w:rsidR="00C90471" w:rsidRDefault="00000000">
      <w:pPr>
        <w:pStyle w:val="ListBullet"/>
      </w:pPr>
      <w:r>
        <w:t>EDU 204 – Teaching in a Diverse Society (3 credits)</w:t>
      </w:r>
    </w:p>
    <w:p w14:paraId="2E12C71A" w14:textId="77777777" w:rsidR="00C90471" w:rsidRDefault="00000000">
      <w:pPr>
        <w:pStyle w:val="ListBullet"/>
      </w:pPr>
      <w:r>
        <w:t>EDU 206 – Classroom and Behavioral Management (3 credits)</w:t>
      </w:r>
    </w:p>
    <w:p w14:paraId="216D00B2" w14:textId="77777777" w:rsidR="00C90471" w:rsidRDefault="00000000">
      <w:pPr>
        <w:pStyle w:val="ListBullet"/>
      </w:pPr>
      <w:r>
        <w:t>EDU 250 – Foundations of Education (3 credits)</w:t>
      </w:r>
    </w:p>
    <w:p w14:paraId="6DC074BE" w14:textId="77777777" w:rsidR="00C90471" w:rsidRDefault="00000000">
      <w:pPr>
        <w:pStyle w:val="ListBullet"/>
      </w:pPr>
      <w:r>
        <w:t>EDU 280 – Introduction to Instructional Technology (3 credits)</w:t>
      </w:r>
    </w:p>
    <w:p w14:paraId="0B4B9330" w14:textId="77777777" w:rsidR="00C90471" w:rsidRDefault="00000000">
      <w:pPr>
        <w:pStyle w:val="ListBullet"/>
      </w:pPr>
      <w:r>
        <w:t>GEO 210 – Intro to Cultural Geography (3 credits)</w:t>
      </w:r>
    </w:p>
    <w:p w14:paraId="6D5A5D25" w14:textId="77777777" w:rsidR="00C90471" w:rsidRDefault="00000000">
      <w:pPr>
        <w:pStyle w:val="ListBullet"/>
      </w:pPr>
      <w:r>
        <w:t>PLS 135 – U.S. Government and Politics (3 credits)</w:t>
      </w:r>
    </w:p>
    <w:p w14:paraId="3EB443EF" w14:textId="77777777" w:rsidR="00C90471" w:rsidRDefault="00000000">
      <w:pPr>
        <w:pStyle w:val="ListBullet"/>
      </w:pPr>
      <w:r>
        <w:t>SDV 100 – College Success Skills (1 credit)</w:t>
      </w:r>
    </w:p>
    <w:p w14:paraId="6830ADCE" w14:textId="59B2FA69" w:rsidR="00F4311F" w:rsidRDefault="009C708B" w:rsidP="009C708B">
      <w:pPr>
        <w:pStyle w:val="ListBullet"/>
        <w:numPr>
          <w:ilvl w:val="0"/>
          <w:numId w:val="0"/>
        </w:numPr>
        <w:ind w:left="360"/>
      </w:pPr>
      <w:r>
        <w:t>Note: The transfer partner may accept other class through</w:t>
      </w:r>
      <w:r w:rsidR="002C62CB">
        <w:t xml:space="preserve"> the Transfer Virginia Common Curriculum</w:t>
      </w:r>
    </w:p>
    <w:p w14:paraId="3929D09A" w14:textId="77777777" w:rsidR="00CC7CE5" w:rsidRDefault="00CC7CE5">
      <w:pPr>
        <w:pStyle w:val="Heading2"/>
        <w:rPr>
          <w:color w:val="auto"/>
        </w:rPr>
      </w:pPr>
    </w:p>
    <w:p w14:paraId="37A967C1" w14:textId="77777777" w:rsidR="00337D5D" w:rsidRDefault="00337D5D" w:rsidP="00337D5D"/>
    <w:p w14:paraId="49B75D2D" w14:textId="77777777" w:rsidR="00337D5D" w:rsidRPr="00337D5D" w:rsidRDefault="00337D5D" w:rsidP="00337D5D"/>
    <w:p w14:paraId="249F0C74" w14:textId="6D38DAAB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lastRenderedPageBreak/>
        <w:t>Suggested Two‑Year Schedule</w:t>
      </w:r>
    </w:p>
    <w:p w14:paraId="04AD95D0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Fall Semester – Year 1 (13 Credits)</w:t>
      </w:r>
    </w:p>
    <w:p w14:paraId="1258ED9C" w14:textId="77777777" w:rsidR="00C90471" w:rsidRDefault="00000000">
      <w:pPr>
        <w:pStyle w:val="ListBullet"/>
      </w:pPr>
      <w:r>
        <w:t>EDU 200 – Foundations of Education (3 credits)</w:t>
      </w:r>
    </w:p>
    <w:p w14:paraId="78A0311E" w14:textId="77777777" w:rsidR="00C90471" w:rsidRDefault="00000000">
      <w:pPr>
        <w:pStyle w:val="ListBullet"/>
      </w:pPr>
      <w:r>
        <w:t>ENG 111 – College Composition I (3 credits)</w:t>
      </w:r>
    </w:p>
    <w:p w14:paraId="348935A0" w14:textId="77777777" w:rsidR="00C90471" w:rsidRDefault="00000000">
      <w:pPr>
        <w:pStyle w:val="ListBullet"/>
      </w:pPr>
      <w:r>
        <w:t>HIS 121 – U.S. History to 1877 (3 credits)</w:t>
      </w:r>
    </w:p>
    <w:p w14:paraId="0EDAF9FE" w14:textId="5DC63A14" w:rsidR="00C90471" w:rsidRDefault="00000000">
      <w:pPr>
        <w:pStyle w:val="ListBullet"/>
      </w:pPr>
      <w:r>
        <w:t xml:space="preserve">MTH </w:t>
      </w:r>
      <w:r w:rsidR="00D63720">
        <w:t>154</w:t>
      </w:r>
      <w:r>
        <w:t xml:space="preserve"> – </w:t>
      </w:r>
      <w:r w:rsidR="00D63720">
        <w:t>Quantitative Reasoning</w:t>
      </w:r>
      <w:r>
        <w:t xml:space="preserve"> (3 credits)</w:t>
      </w:r>
    </w:p>
    <w:p w14:paraId="01B547F7" w14:textId="77777777" w:rsidR="00C90471" w:rsidRDefault="00000000">
      <w:pPr>
        <w:pStyle w:val="ListBullet"/>
      </w:pPr>
      <w:r>
        <w:t>SDV 100 – College Success Skills (1 credit)</w:t>
      </w:r>
    </w:p>
    <w:p w14:paraId="2296752C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Spring Semester – Year 1 (15 Credits)</w:t>
      </w:r>
    </w:p>
    <w:p w14:paraId="0119D36F" w14:textId="77777777" w:rsidR="00C90471" w:rsidRDefault="00000000">
      <w:pPr>
        <w:pStyle w:val="ListBullet"/>
      </w:pPr>
      <w:r>
        <w:t>CST 110 – Introduction to Human Communication (3 credits)</w:t>
      </w:r>
    </w:p>
    <w:p w14:paraId="56D10783" w14:textId="77777777" w:rsidR="00C90471" w:rsidRDefault="00000000">
      <w:pPr>
        <w:pStyle w:val="ListBullet"/>
      </w:pPr>
      <w:r>
        <w:t>EDU 204 – Teaching in a Diverse Society (3 credits)</w:t>
      </w:r>
    </w:p>
    <w:p w14:paraId="2C1A23A7" w14:textId="77777777" w:rsidR="00C90471" w:rsidRDefault="00000000">
      <w:pPr>
        <w:pStyle w:val="ListBullet"/>
      </w:pPr>
      <w:r>
        <w:t>ENG 112 – College Composition II (3 credits)</w:t>
      </w:r>
    </w:p>
    <w:p w14:paraId="01D694AA" w14:textId="77777777" w:rsidR="00C90471" w:rsidRDefault="00000000">
      <w:pPr>
        <w:pStyle w:val="ListBullet"/>
      </w:pPr>
      <w:r>
        <w:t>HIS 122 – U.S. History Since 1865 (3 credits)</w:t>
      </w:r>
    </w:p>
    <w:p w14:paraId="2011ECD1" w14:textId="77777777" w:rsidR="00C90471" w:rsidRDefault="00000000">
      <w:pPr>
        <w:pStyle w:val="ListBullet"/>
      </w:pPr>
      <w:r>
        <w:t>MTH 155 – Statistical Reasoning (3 credits)</w:t>
      </w:r>
    </w:p>
    <w:p w14:paraId="6AB6C419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Fall Semester – Year 2 (16 Credits)</w:t>
      </w:r>
    </w:p>
    <w:p w14:paraId="008DF071" w14:textId="77777777" w:rsidR="00C90471" w:rsidRDefault="00000000">
      <w:pPr>
        <w:pStyle w:val="ListBullet"/>
      </w:pPr>
      <w:r>
        <w:t>BIO 101 – General Biology I (4 credits)</w:t>
      </w:r>
    </w:p>
    <w:p w14:paraId="331A0CB8" w14:textId="77777777" w:rsidR="002B4FDE" w:rsidRPr="002B4FDE" w:rsidRDefault="002B4FDE" w:rsidP="002B4FDE">
      <w:pPr>
        <w:pStyle w:val="ListBullet"/>
      </w:pPr>
      <w:r w:rsidRPr="002B4FDE">
        <w:t>EDU 250 – Foundations of Education (3 credits)</w:t>
      </w:r>
    </w:p>
    <w:p w14:paraId="604DCE1B" w14:textId="77777777" w:rsidR="00C90471" w:rsidRDefault="00000000">
      <w:pPr>
        <w:pStyle w:val="ListBullet"/>
      </w:pPr>
      <w:r>
        <w:t>EDU 280 – Introduction to Instructional Technology (3 credits)</w:t>
      </w:r>
    </w:p>
    <w:p w14:paraId="32DB27C9" w14:textId="77777777" w:rsidR="00C90471" w:rsidRDefault="00000000">
      <w:pPr>
        <w:pStyle w:val="ListBullet"/>
      </w:pPr>
      <w:r>
        <w:t>PLS 135 – U.S. Government and Politics (3 credits)</w:t>
      </w:r>
    </w:p>
    <w:p w14:paraId="1C92207D" w14:textId="77777777" w:rsidR="00C90471" w:rsidRDefault="00000000">
      <w:pPr>
        <w:pStyle w:val="ListBullet"/>
      </w:pPr>
      <w:r>
        <w:t>PSY 230 – Developmental Psychology (3 credits)</w:t>
      </w:r>
    </w:p>
    <w:p w14:paraId="2CF5266A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Spring Semester – Year 2 (16 Credits)</w:t>
      </w:r>
    </w:p>
    <w:p w14:paraId="53CF8387" w14:textId="77777777" w:rsidR="00C90471" w:rsidRDefault="00000000">
      <w:pPr>
        <w:pStyle w:val="ListBullet"/>
      </w:pPr>
      <w:r>
        <w:t>EDU 206 – Classroom and Behavioral Management (3 credits)</w:t>
      </w:r>
    </w:p>
    <w:p w14:paraId="7071F75C" w14:textId="77777777" w:rsidR="002B4FDE" w:rsidRPr="002B4FDE" w:rsidRDefault="002B4FDE" w:rsidP="002B4FDE">
      <w:pPr>
        <w:pStyle w:val="ListBullet"/>
      </w:pPr>
      <w:r w:rsidRPr="002B4FDE">
        <w:t>ENG 250 – Children’s Literature (3 credits)</w:t>
      </w:r>
    </w:p>
    <w:p w14:paraId="1F4B3DB4" w14:textId="77777777" w:rsidR="00C90471" w:rsidRDefault="00000000">
      <w:pPr>
        <w:pStyle w:val="ListBullet"/>
      </w:pPr>
      <w:r>
        <w:t>GEO 210 – Cultural Geography (3 credits)</w:t>
      </w:r>
    </w:p>
    <w:p w14:paraId="248AF4E4" w14:textId="77777777" w:rsidR="00C90471" w:rsidRDefault="00000000">
      <w:pPr>
        <w:pStyle w:val="ListBullet"/>
      </w:pPr>
      <w:r>
        <w:t>PHY 100 – Elements of Physics (4 credits)</w:t>
      </w:r>
    </w:p>
    <w:p w14:paraId="01E181C9" w14:textId="77777777" w:rsidR="00C90471" w:rsidRDefault="00000000">
      <w:pPr>
        <w:pStyle w:val="ListBullet"/>
      </w:pPr>
      <w:r>
        <w:t>ART 101, ART 102, ART 121, or MUS 121 (3 credits)</w:t>
      </w:r>
    </w:p>
    <w:sectPr w:rsidR="00C904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FBB856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07533376">
    <w:abstractNumId w:val="8"/>
  </w:num>
  <w:num w:numId="2" w16cid:durableId="483283422">
    <w:abstractNumId w:val="6"/>
  </w:num>
  <w:num w:numId="3" w16cid:durableId="2041085329">
    <w:abstractNumId w:val="5"/>
  </w:num>
  <w:num w:numId="4" w16cid:durableId="789737188">
    <w:abstractNumId w:val="4"/>
  </w:num>
  <w:num w:numId="5" w16cid:durableId="493495718">
    <w:abstractNumId w:val="7"/>
  </w:num>
  <w:num w:numId="6" w16cid:durableId="146868078">
    <w:abstractNumId w:val="3"/>
  </w:num>
  <w:num w:numId="7" w16cid:durableId="142737754">
    <w:abstractNumId w:val="2"/>
  </w:num>
  <w:num w:numId="8" w16cid:durableId="710033571">
    <w:abstractNumId w:val="1"/>
  </w:num>
  <w:num w:numId="9" w16cid:durableId="34617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6FEA"/>
    <w:rsid w:val="000B0A0B"/>
    <w:rsid w:val="0015074B"/>
    <w:rsid w:val="0029639D"/>
    <w:rsid w:val="002B4FDE"/>
    <w:rsid w:val="002C62CB"/>
    <w:rsid w:val="00326F90"/>
    <w:rsid w:val="00337D5D"/>
    <w:rsid w:val="00463BEE"/>
    <w:rsid w:val="005B0F77"/>
    <w:rsid w:val="006C016B"/>
    <w:rsid w:val="00927E87"/>
    <w:rsid w:val="009C708B"/>
    <w:rsid w:val="009D3298"/>
    <w:rsid w:val="00A94053"/>
    <w:rsid w:val="00AA1D8D"/>
    <w:rsid w:val="00B07753"/>
    <w:rsid w:val="00B47730"/>
    <w:rsid w:val="00C677D4"/>
    <w:rsid w:val="00C90471"/>
    <w:rsid w:val="00CB0664"/>
    <w:rsid w:val="00CC7CE5"/>
    <w:rsid w:val="00CE5D2D"/>
    <w:rsid w:val="00D63720"/>
    <w:rsid w:val="00EF7EB9"/>
    <w:rsid w:val="00F4311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A9A717"/>
  <w14:defaultImageDpi w14:val="300"/>
  <w15:docId w15:val="{D1CCE8F5-A1A2-4A89-B6AE-F89917B4A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388</Words>
  <Characters>2205</Characters>
  <Application>Microsoft Office Word</Application>
  <DocSecurity>0</DocSecurity>
  <Lines>59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Terry Young</cp:lastModifiedBy>
  <cp:revision>18</cp:revision>
  <dcterms:created xsi:type="dcterms:W3CDTF">2026-03-03T16:07:00Z</dcterms:created>
  <dcterms:modified xsi:type="dcterms:W3CDTF">2026-03-20T13:24:00Z</dcterms:modified>
  <cp:category/>
</cp:coreProperties>
</file>