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0023D" w14:textId="59F21EF8" w:rsidR="00C90471" w:rsidRPr="000B0A0B" w:rsidRDefault="00A34EC4">
      <w:pPr>
        <w:pStyle w:val="Heading1"/>
        <w:rPr>
          <w:color w:val="auto"/>
        </w:rPr>
      </w:pPr>
      <w:r w:rsidRPr="00A34EC4">
        <w:rPr>
          <w:color w:val="auto"/>
        </w:rPr>
        <w:t xml:space="preserve">Social Sciences, AS: </w:t>
      </w:r>
      <w:r w:rsidR="00051C3E">
        <w:rPr>
          <w:color w:val="auto"/>
        </w:rPr>
        <w:t>Criminal Justice</w:t>
      </w:r>
      <w:r w:rsidRPr="00A34EC4">
        <w:rPr>
          <w:color w:val="auto"/>
        </w:rPr>
        <w:t xml:space="preserve"> Pathway</w:t>
      </w:r>
    </w:p>
    <w:p w14:paraId="569EFD96" w14:textId="77777777" w:rsidR="00C90471" w:rsidRPr="000B0A0B" w:rsidRDefault="009E5AEE">
      <w:pPr>
        <w:pStyle w:val="Heading2"/>
        <w:rPr>
          <w:color w:val="auto"/>
        </w:rPr>
      </w:pPr>
      <w:r w:rsidRPr="000B0A0B">
        <w:rPr>
          <w:color w:val="auto"/>
        </w:rPr>
        <w:t>Program Overview</w:t>
      </w:r>
    </w:p>
    <w:p w14:paraId="53400966" w14:textId="366AA05C" w:rsidR="00376AF5" w:rsidRPr="00376AF5" w:rsidRDefault="00376AF5" w:rsidP="00376AF5">
      <w:pPr>
        <w:pStyle w:val="Heading2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376AF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Length: 6</w:t>
      </w:r>
      <w:r w:rsidR="00C620CF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1</w:t>
      </w:r>
      <w:r w:rsidRPr="00376AF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 xml:space="preserve"> credits</w:t>
      </w:r>
    </w:p>
    <w:p w14:paraId="4D0E0439" w14:textId="5EC9F29A" w:rsidR="00376AF5" w:rsidRDefault="00376AF5" w:rsidP="00376AF5">
      <w:pPr>
        <w:pStyle w:val="Heading2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376AF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 xml:space="preserve">Purpose: </w:t>
      </w:r>
      <w:r w:rsidR="00A10938" w:rsidRPr="00A10938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This curriculum is designed for the student who plans to complete a baccalaureate degree program. This is the appropriate program for students who intend to pursue a transfer pathways in criminal justice, criminology, or related fields. The transfer institution’s catalog and transfer guide are the best sources of information for planning a course of study. Final responsibility for transferability of courses rests with the student and the registrar of that institution. Contact the division dean or advisor for additional information.</w:t>
      </w:r>
      <w:r w:rsidRPr="00376AF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 xml:space="preserve">.  </w:t>
      </w:r>
    </w:p>
    <w:p w14:paraId="5F12945F" w14:textId="1E87BF65" w:rsidR="00C90471" w:rsidRPr="000B0A0B" w:rsidRDefault="009E5AEE" w:rsidP="00376AF5">
      <w:pPr>
        <w:pStyle w:val="Heading2"/>
        <w:rPr>
          <w:color w:val="auto"/>
        </w:rPr>
      </w:pPr>
      <w:r w:rsidRPr="000B0A0B">
        <w:rPr>
          <w:color w:val="auto"/>
        </w:rPr>
        <w:t>General Education Requirements (3</w:t>
      </w:r>
      <w:r w:rsidR="008032B8">
        <w:rPr>
          <w:color w:val="auto"/>
        </w:rPr>
        <w:t>2</w:t>
      </w:r>
      <w:r w:rsidRPr="000B0A0B">
        <w:rPr>
          <w:color w:val="auto"/>
        </w:rPr>
        <w:t xml:space="preserve"> Credits)</w:t>
      </w:r>
    </w:p>
    <w:p w14:paraId="66D2F7DF" w14:textId="77777777" w:rsidR="00C90471" w:rsidRDefault="009E5AEE">
      <w:pPr>
        <w:pStyle w:val="ListBullet"/>
      </w:pPr>
      <w:r>
        <w:t>BIO 101 – General Biology I (4 credits)</w:t>
      </w:r>
    </w:p>
    <w:p w14:paraId="3BE36A2D" w14:textId="12E82979" w:rsidR="006A78D5" w:rsidRPr="006A78D5" w:rsidRDefault="006A78D5" w:rsidP="006A78D5">
      <w:pPr>
        <w:pStyle w:val="ListBullet"/>
      </w:pPr>
      <w:r w:rsidRPr="006A78D5">
        <w:t>BIO 10</w:t>
      </w:r>
      <w:r>
        <w:t>2</w:t>
      </w:r>
      <w:r w:rsidRPr="006A78D5">
        <w:t xml:space="preserve"> – General Biology </w:t>
      </w:r>
      <w:r>
        <w:t>I</w:t>
      </w:r>
      <w:r w:rsidRPr="006A78D5">
        <w:t>I (4 credits)</w:t>
      </w:r>
    </w:p>
    <w:p w14:paraId="467C0D6A" w14:textId="77777777" w:rsidR="00C90471" w:rsidRDefault="009E5AEE">
      <w:pPr>
        <w:pStyle w:val="ListBullet"/>
      </w:pPr>
      <w:r>
        <w:t>CST 110 – Introduction to Human Communication (3 credits)</w:t>
      </w:r>
    </w:p>
    <w:p w14:paraId="201B6876" w14:textId="77777777" w:rsidR="00C90471" w:rsidRDefault="009E5AEE">
      <w:pPr>
        <w:pStyle w:val="ListBullet"/>
      </w:pPr>
      <w:r>
        <w:t>ENG 111 – College Composition I (3 credits)</w:t>
      </w:r>
    </w:p>
    <w:p w14:paraId="56833F3F" w14:textId="77777777" w:rsidR="00C90471" w:rsidRDefault="009E5AEE">
      <w:pPr>
        <w:pStyle w:val="ListBullet"/>
      </w:pPr>
      <w:r>
        <w:t>ENG 112 – College Composition II (3 credits)</w:t>
      </w:r>
    </w:p>
    <w:p w14:paraId="31CAC28E" w14:textId="0FFDA596" w:rsidR="00445EC4" w:rsidRDefault="00E36D80" w:rsidP="00445EC4">
      <w:pPr>
        <w:pStyle w:val="ListBullet"/>
      </w:pPr>
      <w:r w:rsidRPr="00E36D80">
        <w:t xml:space="preserve">MTH 154 – Quantitative Reasoning </w:t>
      </w:r>
      <w:r w:rsidR="00445EC4" w:rsidRPr="00445EC4">
        <w:t>(3 credits)</w:t>
      </w:r>
    </w:p>
    <w:p w14:paraId="014801BC" w14:textId="097EC72D" w:rsidR="00BE3B5F" w:rsidRDefault="00F47F73" w:rsidP="00445EC4">
      <w:pPr>
        <w:pStyle w:val="ListBullet"/>
      </w:pPr>
      <w:r w:rsidRPr="00F47F73">
        <w:t>PSY 200 - Principles of Psychology</w:t>
      </w:r>
      <w:r>
        <w:t xml:space="preserve"> </w:t>
      </w:r>
      <w:r w:rsidRPr="00F47F73">
        <w:t>(3 credits)</w:t>
      </w:r>
    </w:p>
    <w:p w14:paraId="16DEFDAE" w14:textId="469C4F97" w:rsidR="00E262C9" w:rsidRPr="00445EC4" w:rsidRDefault="00E262C9" w:rsidP="00445EC4">
      <w:pPr>
        <w:pStyle w:val="ListBullet"/>
      </w:pPr>
      <w:r w:rsidRPr="00E262C9">
        <w:t>ENG EEE - English Literature Elective</w:t>
      </w:r>
      <w:r>
        <w:t xml:space="preserve"> </w:t>
      </w:r>
      <w:r w:rsidRPr="00E262C9">
        <w:t>(3 credits)</w:t>
      </w:r>
    </w:p>
    <w:p w14:paraId="17792B77" w14:textId="41DDDD02" w:rsidR="00C90471" w:rsidRDefault="009E5AEE">
      <w:pPr>
        <w:pStyle w:val="ListBullet"/>
      </w:pPr>
      <w:r>
        <w:t xml:space="preserve">HIS </w:t>
      </w:r>
      <w:r w:rsidR="00F47F73">
        <w:t>EEE</w:t>
      </w:r>
      <w:r>
        <w:t xml:space="preserve"> – </w:t>
      </w:r>
      <w:r w:rsidR="00F47F73">
        <w:t>History Elective</w:t>
      </w:r>
      <w:r>
        <w:t xml:space="preserve"> (3 credits)</w:t>
      </w:r>
      <w:r w:rsidR="00824AE5">
        <w:t xml:space="preserve"> </w:t>
      </w:r>
    </w:p>
    <w:p w14:paraId="346F8C08" w14:textId="54A94D6B" w:rsidR="00824AE5" w:rsidRDefault="00A0282B">
      <w:pPr>
        <w:pStyle w:val="ListBullet"/>
      </w:pPr>
      <w:r>
        <w:t>*</w:t>
      </w:r>
      <w:r w:rsidR="00E63E70">
        <w:t>*</w:t>
      </w:r>
      <w:r w:rsidR="00824AE5" w:rsidRPr="00824AE5">
        <w:t>HUM EEE - Humanities/Fine Arts Elective</w:t>
      </w:r>
      <w:r w:rsidR="00824AE5">
        <w:t xml:space="preserve"> </w:t>
      </w:r>
      <w:r w:rsidR="00824AE5" w:rsidRPr="00824AE5">
        <w:t>(3 credits)</w:t>
      </w:r>
    </w:p>
    <w:p w14:paraId="248A8C10" w14:textId="71F4BAA5" w:rsidR="00C028F1" w:rsidRDefault="00C028F1" w:rsidP="00C028F1">
      <w:pPr>
        <w:pStyle w:val="ListBullet"/>
        <w:numPr>
          <w:ilvl w:val="0"/>
          <w:numId w:val="0"/>
        </w:numPr>
      </w:pPr>
      <w:r w:rsidRPr="00C028F1">
        <w:t>*</w:t>
      </w:r>
      <w:r w:rsidR="00E63E70" w:rsidRPr="00E63E70">
        <w:t>*PHI 220 is not advised as Humanities/Fine Arts elective.</w:t>
      </w:r>
    </w:p>
    <w:p w14:paraId="10EE6A91" w14:textId="1099D5EF" w:rsidR="00C90471" w:rsidRPr="000B0A0B" w:rsidRDefault="009E5AEE">
      <w:pPr>
        <w:pStyle w:val="Heading2"/>
        <w:rPr>
          <w:color w:val="auto"/>
        </w:rPr>
      </w:pPr>
      <w:r w:rsidRPr="000B0A0B">
        <w:rPr>
          <w:color w:val="auto"/>
        </w:rPr>
        <w:t>Program Requirements (</w:t>
      </w:r>
      <w:r w:rsidR="00FA6150">
        <w:rPr>
          <w:color w:val="auto"/>
        </w:rPr>
        <w:t>2</w:t>
      </w:r>
      <w:r w:rsidR="00C620CF">
        <w:rPr>
          <w:color w:val="auto"/>
        </w:rPr>
        <w:t>9</w:t>
      </w:r>
      <w:r w:rsidRPr="000B0A0B">
        <w:rPr>
          <w:color w:val="auto"/>
        </w:rPr>
        <w:t xml:space="preserve"> Credits)</w:t>
      </w:r>
    </w:p>
    <w:p w14:paraId="07918BA5" w14:textId="7951A88C" w:rsidR="00F33D3A" w:rsidRDefault="00F33D3A">
      <w:pPr>
        <w:pStyle w:val="ListBullet"/>
      </w:pPr>
      <w:r w:rsidRPr="00F33D3A">
        <w:t>ADJ 100: Survey of Criminal Justice</w:t>
      </w:r>
      <w:r w:rsidR="00F30744">
        <w:t xml:space="preserve"> </w:t>
      </w:r>
      <w:r w:rsidR="00F30744" w:rsidRPr="00F30744">
        <w:t>(3 credits)</w:t>
      </w:r>
    </w:p>
    <w:p w14:paraId="69A59D7C" w14:textId="27DDC63F" w:rsidR="00F33D3A" w:rsidRDefault="0058799C">
      <w:pPr>
        <w:pStyle w:val="ListBullet"/>
      </w:pPr>
      <w:r w:rsidRPr="0058799C">
        <w:t>ADJ 105: Juvenile Justice System</w:t>
      </w:r>
      <w:r w:rsidR="00F30744">
        <w:t xml:space="preserve"> </w:t>
      </w:r>
      <w:r w:rsidR="00F30744" w:rsidRPr="00F30744">
        <w:t>(3 credits)</w:t>
      </w:r>
    </w:p>
    <w:p w14:paraId="4E7211CF" w14:textId="4C674DDF" w:rsidR="00D32DFE" w:rsidRDefault="00D32DFE">
      <w:pPr>
        <w:pStyle w:val="ListBullet"/>
      </w:pPr>
      <w:r w:rsidRPr="00D32DFE">
        <w:t>ADJ 133: Ethics and the Criminal Justice System</w:t>
      </w:r>
      <w:r w:rsidR="00F30744">
        <w:t xml:space="preserve"> </w:t>
      </w:r>
      <w:r w:rsidR="00F30744" w:rsidRPr="00F30744">
        <w:t>(3 credits)</w:t>
      </w:r>
    </w:p>
    <w:p w14:paraId="4FC126E9" w14:textId="541CDD2A" w:rsidR="0058799C" w:rsidRDefault="00192073">
      <w:pPr>
        <w:pStyle w:val="ListBullet"/>
      </w:pPr>
      <w:r w:rsidRPr="00192073">
        <w:t>ADJ 140: Introduction to Corrections or ADJ 145: Corrections and the Community</w:t>
      </w:r>
      <w:r w:rsidR="00F30744">
        <w:t xml:space="preserve"> </w:t>
      </w:r>
      <w:r w:rsidR="00D170CA" w:rsidRPr="00D170CA">
        <w:t>(3 credits)</w:t>
      </w:r>
    </w:p>
    <w:p w14:paraId="06978E01" w14:textId="378E5B28" w:rsidR="009F5489" w:rsidRDefault="009F5489">
      <w:pPr>
        <w:pStyle w:val="ListBullet"/>
      </w:pPr>
      <w:r w:rsidRPr="009F5489">
        <w:t>ADJ 236: Principles of Criminal Investigation</w:t>
      </w:r>
      <w:r w:rsidR="00F30744">
        <w:t xml:space="preserve"> </w:t>
      </w:r>
      <w:r w:rsidR="00F30744" w:rsidRPr="00F30744">
        <w:t>(3 credits)</w:t>
      </w:r>
    </w:p>
    <w:p w14:paraId="6809B04F" w14:textId="5E3DE546" w:rsidR="0067777D" w:rsidRDefault="00B0181A">
      <w:pPr>
        <w:pStyle w:val="ListBullet"/>
      </w:pPr>
      <w:r w:rsidRPr="00B0181A">
        <w:t xml:space="preserve">ITE 152 - Introduction to Digital and Information Literacy and Computer Applications </w:t>
      </w:r>
      <w:r w:rsidR="005E46D3">
        <w:t>(3 credits)</w:t>
      </w:r>
    </w:p>
    <w:p w14:paraId="45FC255F" w14:textId="77777777" w:rsidR="008B7790" w:rsidRDefault="008B7790" w:rsidP="008B7790">
      <w:pPr>
        <w:pStyle w:val="ListBullet"/>
      </w:pPr>
      <w:r w:rsidRPr="008B7790">
        <w:t>SDV 100 – College Success Skills (1 credit)</w:t>
      </w:r>
    </w:p>
    <w:p w14:paraId="7BF8BECD" w14:textId="21A746A8" w:rsidR="00217BCE" w:rsidRDefault="00217BCE" w:rsidP="008B7790">
      <w:pPr>
        <w:pStyle w:val="ListBullet"/>
      </w:pPr>
      <w:r>
        <w:t>SOC 2</w:t>
      </w:r>
      <w:r w:rsidR="00A67AFB">
        <w:t xml:space="preserve">11 – Cultural </w:t>
      </w:r>
      <w:r w:rsidR="003158E2">
        <w:t xml:space="preserve">Anthropology or SOC 268 – Social Problems </w:t>
      </w:r>
      <w:r w:rsidR="003158E2" w:rsidRPr="003158E2">
        <w:t>(3 credits)</w:t>
      </w:r>
    </w:p>
    <w:p w14:paraId="66DEB459" w14:textId="1DFCEFDF" w:rsidR="00C620CF" w:rsidRPr="008B7790" w:rsidRDefault="00C620CF" w:rsidP="008B7790">
      <w:pPr>
        <w:pStyle w:val="ListBullet"/>
      </w:pPr>
      <w:r w:rsidRPr="00C620CF">
        <w:t>SPA 101</w:t>
      </w:r>
      <w:r w:rsidR="00996930">
        <w:t xml:space="preserve"> -</w:t>
      </w:r>
      <w:r w:rsidRPr="00C620CF">
        <w:t xml:space="preserve"> Beginning Spanish I</w:t>
      </w:r>
      <w:r>
        <w:t xml:space="preserve"> </w:t>
      </w:r>
      <w:r w:rsidRPr="00C620CF">
        <w:t>(4 credits)</w:t>
      </w:r>
    </w:p>
    <w:p w14:paraId="586A8009" w14:textId="3CADD266" w:rsidR="008B7790" w:rsidRDefault="002C024C" w:rsidP="00766AFE">
      <w:pPr>
        <w:pStyle w:val="ListBullet"/>
      </w:pPr>
      <w:r w:rsidRPr="002C024C">
        <w:t xml:space="preserve">EEE </w:t>
      </w:r>
      <w:proofErr w:type="spellStart"/>
      <w:r w:rsidRPr="002C024C">
        <w:t>EEE</w:t>
      </w:r>
      <w:proofErr w:type="spellEnd"/>
      <w:r w:rsidRPr="002C024C">
        <w:t xml:space="preserve"> - College Transfer Elective</w:t>
      </w:r>
      <w:r w:rsidR="00636BAD">
        <w:t xml:space="preserve"> (</w:t>
      </w:r>
      <w:r w:rsidR="00C620CF">
        <w:t>3</w:t>
      </w:r>
      <w:r w:rsidR="00636BAD">
        <w:t xml:space="preserve"> cre</w:t>
      </w:r>
      <w:r w:rsidR="00C86AC4">
        <w:t>dits)</w:t>
      </w:r>
    </w:p>
    <w:p w14:paraId="37DD07BF" w14:textId="0824266D" w:rsidR="00CA1F87" w:rsidRPr="00766AFE" w:rsidRDefault="00CA1F87" w:rsidP="00D170CA">
      <w:pPr>
        <w:pStyle w:val="ListBullet"/>
        <w:numPr>
          <w:ilvl w:val="0"/>
          <w:numId w:val="0"/>
        </w:numPr>
        <w:ind w:left="360"/>
      </w:pPr>
    </w:p>
    <w:p w14:paraId="27D7D654" w14:textId="77777777" w:rsidR="00B07753" w:rsidRDefault="00B07753">
      <w:pPr>
        <w:pStyle w:val="Heading2"/>
        <w:rPr>
          <w:color w:val="auto"/>
        </w:rPr>
      </w:pPr>
    </w:p>
    <w:p w14:paraId="249F0C74" w14:textId="48B0089F" w:rsidR="00C90471" w:rsidRPr="000B0A0B" w:rsidRDefault="009E5AEE">
      <w:pPr>
        <w:pStyle w:val="Heading2"/>
        <w:rPr>
          <w:color w:val="auto"/>
        </w:rPr>
      </w:pPr>
      <w:r w:rsidRPr="000B0A0B">
        <w:rPr>
          <w:color w:val="auto"/>
        </w:rPr>
        <w:t>Suggested Two‑Year Schedule</w:t>
      </w:r>
    </w:p>
    <w:p w14:paraId="04AD95D0" w14:textId="79A72955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Fall Semester – Year 1 (1</w:t>
      </w:r>
      <w:r w:rsidR="00733C3B">
        <w:rPr>
          <w:color w:val="auto"/>
        </w:rPr>
        <w:t>6</w:t>
      </w:r>
      <w:r w:rsidRPr="000B0A0B">
        <w:rPr>
          <w:color w:val="auto"/>
        </w:rPr>
        <w:t xml:space="preserve"> Credits)</w:t>
      </w:r>
    </w:p>
    <w:p w14:paraId="39D269A5" w14:textId="77777777" w:rsidR="00781E89" w:rsidRPr="00781E89" w:rsidRDefault="009921EC" w:rsidP="00781E89">
      <w:pPr>
        <w:pStyle w:val="ListBullet"/>
      </w:pPr>
      <w:r w:rsidRPr="009921EC">
        <w:t>ADJ 100 - Survey of Criminal Justice</w:t>
      </w:r>
      <w:r w:rsidR="00781E89">
        <w:t xml:space="preserve"> </w:t>
      </w:r>
      <w:r w:rsidR="00781E89" w:rsidRPr="00781E89">
        <w:t>(3 credits)</w:t>
      </w:r>
    </w:p>
    <w:p w14:paraId="78A0311E" w14:textId="6E0FEB23" w:rsidR="00C90471" w:rsidRDefault="009E5AEE">
      <w:pPr>
        <w:pStyle w:val="ListBullet"/>
      </w:pPr>
      <w:r>
        <w:t>ENG 111 – College Composition I (3 credits)</w:t>
      </w:r>
    </w:p>
    <w:p w14:paraId="676EC778" w14:textId="77777777" w:rsidR="00F959DC" w:rsidRDefault="00F959DC" w:rsidP="00F959DC">
      <w:pPr>
        <w:pStyle w:val="ListBullet"/>
      </w:pPr>
      <w:r w:rsidRPr="00F959DC">
        <w:t>MTH 154 – Quantitative Reasoning (3 credits)</w:t>
      </w:r>
    </w:p>
    <w:p w14:paraId="53CB5F47" w14:textId="77777777" w:rsidR="00733C3B" w:rsidRPr="00733C3B" w:rsidRDefault="00733C3B" w:rsidP="00733C3B">
      <w:pPr>
        <w:pStyle w:val="ListBullet"/>
      </w:pPr>
      <w:r w:rsidRPr="00733C3B">
        <w:t>PSY 200 - Principles of Psychology (3 credits)</w:t>
      </w:r>
    </w:p>
    <w:p w14:paraId="01B547F7" w14:textId="77777777" w:rsidR="00C90471" w:rsidRDefault="009E5AEE">
      <w:pPr>
        <w:pStyle w:val="ListBullet"/>
      </w:pPr>
      <w:r>
        <w:t>SDV 100 – College Success Skills (1 credit)</w:t>
      </w:r>
    </w:p>
    <w:p w14:paraId="5A3962CA" w14:textId="77777777" w:rsidR="009921EC" w:rsidRPr="009921EC" w:rsidRDefault="009921EC" w:rsidP="009921EC">
      <w:pPr>
        <w:pStyle w:val="ListBullet"/>
      </w:pPr>
      <w:r w:rsidRPr="009921EC">
        <w:t>HIS EEE – History Elective(3 credits)</w:t>
      </w:r>
    </w:p>
    <w:p w14:paraId="2296752C" w14:textId="77777777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Spring Semester – Year 1 (15 Credits)</w:t>
      </w:r>
    </w:p>
    <w:p w14:paraId="5719C2DF" w14:textId="77777777" w:rsidR="00917742" w:rsidRPr="00917742" w:rsidRDefault="00917742" w:rsidP="00917742">
      <w:pPr>
        <w:pStyle w:val="ListBullet"/>
      </w:pPr>
      <w:r w:rsidRPr="00917742">
        <w:t>ADJ 105 - Juvenile Justice System</w:t>
      </w:r>
      <w:r>
        <w:t xml:space="preserve"> </w:t>
      </w:r>
      <w:r w:rsidRPr="00917742">
        <w:t>(3 credits)</w:t>
      </w:r>
    </w:p>
    <w:p w14:paraId="3CFDB530" w14:textId="696E4F76" w:rsidR="00790808" w:rsidRPr="00790808" w:rsidRDefault="00790808" w:rsidP="00790808">
      <w:pPr>
        <w:pStyle w:val="ListBullet"/>
      </w:pPr>
      <w:r w:rsidRPr="00790808">
        <w:t>CST 110 – Introduction to Human Communication (3 credits)</w:t>
      </w:r>
    </w:p>
    <w:p w14:paraId="2C1A23A7" w14:textId="30985AAF" w:rsidR="00C90471" w:rsidRDefault="009E5AEE">
      <w:pPr>
        <w:pStyle w:val="ListBullet"/>
      </w:pPr>
      <w:r>
        <w:t>ENG 112 – College Composition II (3 credits)</w:t>
      </w:r>
    </w:p>
    <w:p w14:paraId="22AD1BD3" w14:textId="77777777" w:rsidR="004F6F54" w:rsidRPr="004F6F54" w:rsidRDefault="004F6F54" w:rsidP="004F6F54">
      <w:pPr>
        <w:pStyle w:val="ListBullet"/>
      </w:pPr>
      <w:r w:rsidRPr="004F6F54">
        <w:t>ITE 152 - Introduction to Digital and Information Literacy and Computer Applications (3 credits)</w:t>
      </w:r>
    </w:p>
    <w:p w14:paraId="3225FD70" w14:textId="77777777" w:rsidR="007E59D6" w:rsidRPr="007E59D6" w:rsidRDefault="007E59D6" w:rsidP="007E59D6">
      <w:pPr>
        <w:pStyle w:val="ListBullet"/>
      </w:pPr>
      <w:r w:rsidRPr="007E59D6">
        <w:t xml:space="preserve">EEE </w:t>
      </w:r>
      <w:proofErr w:type="spellStart"/>
      <w:r w:rsidRPr="007E59D6">
        <w:t>EEE</w:t>
      </w:r>
      <w:proofErr w:type="spellEnd"/>
      <w:r w:rsidRPr="007E59D6">
        <w:t xml:space="preserve"> - College Transfer Elective (3 credits)</w:t>
      </w:r>
    </w:p>
    <w:p w14:paraId="6AB6C419" w14:textId="29518814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Fall Semester – Year 2 (1</w:t>
      </w:r>
      <w:r w:rsidR="00D319C6">
        <w:rPr>
          <w:color w:val="auto"/>
        </w:rPr>
        <w:t>6</w:t>
      </w:r>
      <w:r w:rsidRPr="000B0A0B">
        <w:rPr>
          <w:color w:val="auto"/>
        </w:rPr>
        <w:t xml:space="preserve"> Credits)</w:t>
      </w:r>
    </w:p>
    <w:p w14:paraId="0D1E2D62" w14:textId="5FDAF5EC" w:rsidR="000C6FEE" w:rsidRDefault="000C6FEE">
      <w:pPr>
        <w:pStyle w:val="ListBullet"/>
      </w:pPr>
      <w:r w:rsidRPr="000C6FEE">
        <w:t>ADJ 133 - Ethics and the Criminal Justice System</w:t>
      </w:r>
      <w:r w:rsidR="00D319C6">
        <w:t xml:space="preserve"> </w:t>
      </w:r>
      <w:r w:rsidR="00D319C6" w:rsidRPr="00D319C6">
        <w:t>(3 credits)</w:t>
      </w:r>
    </w:p>
    <w:p w14:paraId="1D29DC50" w14:textId="5AA74560" w:rsidR="00D319C6" w:rsidRDefault="00D319C6">
      <w:pPr>
        <w:pStyle w:val="ListBullet"/>
      </w:pPr>
      <w:r w:rsidRPr="00D319C6">
        <w:t>ADJ 140 - Introduction to Corrections or ADJ 145: Corrections and the Community</w:t>
      </w:r>
      <w:r>
        <w:t xml:space="preserve"> </w:t>
      </w:r>
      <w:r w:rsidRPr="00D319C6">
        <w:t>(3 credits)</w:t>
      </w:r>
    </w:p>
    <w:p w14:paraId="008DF071" w14:textId="7AE3B831" w:rsidR="00C90471" w:rsidRDefault="009E5AEE">
      <w:pPr>
        <w:pStyle w:val="ListBullet"/>
      </w:pPr>
      <w:r>
        <w:t>BIO 101 – General Biology I (4 credits)</w:t>
      </w:r>
    </w:p>
    <w:p w14:paraId="0D3248A4" w14:textId="77777777" w:rsidR="003D2C92" w:rsidRPr="003D2C92" w:rsidRDefault="003D2C92" w:rsidP="003D2C92">
      <w:pPr>
        <w:pStyle w:val="ListBullet"/>
      </w:pPr>
      <w:r w:rsidRPr="003D2C92">
        <w:t>ENG EEE - English Literature Elective (3 credits)</w:t>
      </w:r>
    </w:p>
    <w:p w14:paraId="5CBC7355" w14:textId="77777777" w:rsidR="003D2C92" w:rsidRPr="003D2C92" w:rsidRDefault="003D2C92" w:rsidP="003D2C92">
      <w:pPr>
        <w:pStyle w:val="ListBullet"/>
      </w:pPr>
      <w:r w:rsidRPr="003D2C92">
        <w:t>HUM EEE - Humanities/Fine Arts Elective (3 credits)</w:t>
      </w:r>
    </w:p>
    <w:p w14:paraId="2CF5266A" w14:textId="6686CC26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Spring Semester – Year 2 (1</w:t>
      </w:r>
      <w:r w:rsidR="000F1692">
        <w:rPr>
          <w:color w:val="auto"/>
        </w:rPr>
        <w:t>4</w:t>
      </w:r>
      <w:r w:rsidRPr="000B0A0B">
        <w:rPr>
          <w:color w:val="auto"/>
        </w:rPr>
        <w:t xml:space="preserve"> Credits)</w:t>
      </w:r>
    </w:p>
    <w:p w14:paraId="00209D7E" w14:textId="4485BDF5" w:rsidR="003B3B6E" w:rsidRDefault="003B3B6E" w:rsidP="003D2C92">
      <w:pPr>
        <w:pStyle w:val="ListBullet"/>
      </w:pPr>
      <w:r w:rsidRPr="003B3B6E">
        <w:t>ADJ 236 - Principles of Criminal Investigation</w:t>
      </w:r>
      <w:r>
        <w:t xml:space="preserve"> </w:t>
      </w:r>
      <w:r w:rsidRPr="003B3B6E">
        <w:t>(3 credits)</w:t>
      </w:r>
    </w:p>
    <w:p w14:paraId="4FDD3A30" w14:textId="263CA8B3" w:rsidR="003D2C92" w:rsidRDefault="003D2C92" w:rsidP="003D2C92">
      <w:pPr>
        <w:pStyle w:val="ListBullet"/>
      </w:pPr>
      <w:r w:rsidRPr="003D2C92">
        <w:t>BIO 10</w:t>
      </w:r>
      <w:r>
        <w:t>2</w:t>
      </w:r>
      <w:r w:rsidRPr="003D2C92">
        <w:t xml:space="preserve"> – General Biology </w:t>
      </w:r>
      <w:r>
        <w:t>I</w:t>
      </w:r>
      <w:r w:rsidRPr="003D2C92">
        <w:t>I (4 credits)</w:t>
      </w:r>
    </w:p>
    <w:p w14:paraId="4A94C894" w14:textId="77777777" w:rsidR="00D559E1" w:rsidRPr="00D559E1" w:rsidRDefault="00D559E1" w:rsidP="00D559E1">
      <w:pPr>
        <w:pStyle w:val="ListBullet"/>
      </w:pPr>
      <w:r w:rsidRPr="00D559E1">
        <w:t>SOC 211 – Cultural Anthropology or SOC 268 – Social Problems (3 credits)</w:t>
      </w:r>
    </w:p>
    <w:p w14:paraId="14360EB3" w14:textId="57495DE4" w:rsidR="00D559E1" w:rsidRPr="00D559E1" w:rsidRDefault="00D559E1" w:rsidP="00D559E1">
      <w:pPr>
        <w:pStyle w:val="ListBullet"/>
      </w:pPr>
      <w:r w:rsidRPr="00D559E1">
        <w:t>SPA 101</w:t>
      </w:r>
      <w:r w:rsidR="00996930">
        <w:t xml:space="preserve"> -</w:t>
      </w:r>
      <w:r w:rsidRPr="00D559E1">
        <w:t xml:space="preserve"> Beginning Spanish I (4 credits)</w:t>
      </w:r>
    </w:p>
    <w:p w14:paraId="7E913564" w14:textId="7D893CD7" w:rsidR="007C2EB6" w:rsidRPr="007C2EB6" w:rsidRDefault="007C2EB6" w:rsidP="00D559E1">
      <w:pPr>
        <w:pStyle w:val="ListBullet"/>
        <w:numPr>
          <w:ilvl w:val="0"/>
          <w:numId w:val="0"/>
        </w:numPr>
        <w:ind w:left="360"/>
      </w:pPr>
    </w:p>
    <w:p w14:paraId="01E181C9" w14:textId="069522D5" w:rsidR="00C90471" w:rsidRDefault="00C90471" w:rsidP="00F21137">
      <w:pPr>
        <w:pStyle w:val="ListBullet"/>
        <w:numPr>
          <w:ilvl w:val="0"/>
          <w:numId w:val="0"/>
        </w:numPr>
        <w:ind w:left="360"/>
      </w:pPr>
    </w:p>
    <w:sectPr w:rsidR="00C9047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12AA3F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07533376">
    <w:abstractNumId w:val="8"/>
  </w:num>
  <w:num w:numId="2" w16cid:durableId="483283422">
    <w:abstractNumId w:val="6"/>
  </w:num>
  <w:num w:numId="3" w16cid:durableId="2041085329">
    <w:abstractNumId w:val="5"/>
  </w:num>
  <w:num w:numId="4" w16cid:durableId="789737188">
    <w:abstractNumId w:val="4"/>
  </w:num>
  <w:num w:numId="5" w16cid:durableId="493495718">
    <w:abstractNumId w:val="7"/>
  </w:num>
  <w:num w:numId="6" w16cid:durableId="146868078">
    <w:abstractNumId w:val="3"/>
  </w:num>
  <w:num w:numId="7" w16cid:durableId="142737754">
    <w:abstractNumId w:val="2"/>
  </w:num>
  <w:num w:numId="8" w16cid:durableId="710033571">
    <w:abstractNumId w:val="1"/>
  </w:num>
  <w:num w:numId="9" w16cid:durableId="346175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3CE8"/>
    <w:rsid w:val="00034616"/>
    <w:rsid w:val="00050807"/>
    <w:rsid w:val="00051C3E"/>
    <w:rsid w:val="0006063C"/>
    <w:rsid w:val="00072787"/>
    <w:rsid w:val="00086F2D"/>
    <w:rsid w:val="000B0A0B"/>
    <w:rsid w:val="000B60E1"/>
    <w:rsid w:val="000C6FEE"/>
    <w:rsid w:val="000F1692"/>
    <w:rsid w:val="001213CA"/>
    <w:rsid w:val="0015074B"/>
    <w:rsid w:val="001611AE"/>
    <w:rsid w:val="00190959"/>
    <w:rsid w:val="00192073"/>
    <w:rsid w:val="001C1CC2"/>
    <w:rsid w:val="001C2AEB"/>
    <w:rsid w:val="001E6A56"/>
    <w:rsid w:val="00207547"/>
    <w:rsid w:val="00217BCE"/>
    <w:rsid w:val="00263AB4"/>
    <w:rsid w:val="0027240D"/>
    <w:rsid w:val="0029639D"/>
    <w:rsid w:val="002A701C"/>
    <w:rsid w:val="002C024C"/>
    <w:rsid w:val="002D14CD"/>
    <w:rsid w:val="003158E2"/>
    <w:rsid w:val="00326F90"/>
    <w:rsid w:val="003465D2"/>
    <w:rsid w:val="00376AF5"/>
    <w:rsid w:val="003B3B6E"/>
    <w:rsid w:val="003D2C92"/>
    <w:rsid w:val="003D4D24"/>
    <w:rsid w:val="003E558F"/>
    <w:rsid w:val="00417E99"/>
    <w:rsid w:val="00445EC4"/>
    <w:rsid w:val="00477987"/>
    <w:rsid w:val="004C7ED4"/>
    <w:rsid w:val="004D7F2E"/>
    <w:rsid w:val="004F3754"/>
    <w:rsid w:val="004F6F54"/>
    <w:rsid w:val="0050547E"/>
    <w:rsid w:val="00556CF2"/>
    <w:rsid w:val="0058799C"/>
    <w:rsid w:val="005B0F77"/>
    <w:rsid w:val="005C2BFA"/>
    <w:rsid w:val="005E45CB"/>
    <w:rsid w:val="005E46D3"/>
    <w:rsid w:val="00636BAD"/>
    <w:rsid w:val="0067777D"/>
    <w:rsid w:val="00683028"/>
    <w:rsid w:val="00695D21"/>
    <w:rsid w:val="006A78D5"/>
    <w:rsid w:val="006C016B"/>
    <w:rsid w:val="006D6D98"/>
    <w:rsid w:val="006F3490"/>
    <w:rsid w:val="00733C3B"/>
    <w:rsid w:val="00745366"/>
    <w:rsid w:val="0076399A"/>
    <w:rsid w:val="00766AFE"/>
    <w:rsid w:val="00781E89"/>
    <w:rsid w:val="00790808"/>
    <w:rsid w:val="007C03BF"/>
    <w:rsid w:val="007C2EB6"/>
    <w:rsid w:val="007E59D6"/>
    <w:rsid w:val="008032B8"/>
    <w:rsid w:val="00824AE5"/>
    <w:rsid w:val="00871DFD"/>
    <w:rsid w:val="008810F4"/>
    <w:rsid w:val="00894D7D"/>
    <w:rsid w:val="008B7790"/>
    <w:rsid w:val="00917742"/>
    <w:rsid w:val="00922031"/>
    <w:rsid w:val="00927E87"/>
    <w:rsid w:val="00945957"/>
    <w:rsid w:val="009921EC"/>
    <w:rsid w:val="00996930"/>
    <w:rsid w:val="009E5AEE"/>
    <w:rsid w:val="009E7E67"/>
    <w:rsid w:val="009F5489"/>
    <w:rsid w:val="00A0282B"/>
    <w:rsid w:val="00A10938"/>
    <w:rsid w:val="00A34EC4"/>
    <w:rsid w:val="00A67AFB"/>
    <w:rsid w:val="00A94053"/>
    <w:rsid w:val="00AA1D8D"/>
    <w:rsid w:val="00AC29A5"/>
    <w:rsid w:val="00B0181A"/>
    <w:rsid w:val="00B07753"/>
    <w:rsid w:val="00B47730"/>
    <w:rsid w:val="00B975BD"/>
    <w:rsid w:val="00BA585A"/>
    <w:rsid w:val="00BE3B5F"/>
    <w:rsid w:val="00C028F1"/>
    <w:rsid w:val="00C14788"/>
    <w:rsid w:val="00C620CF"/>
    <w:rsid w:val="00C86AC4"/>
    <w:rsid w:val="00C90471"/>
    <w:rsid w:val="00CA1F87"/>
    <w:rsid w:val="00CB0664"/>
    <w:rsid w:val="00CC496D"/>
    <w:rsid w:val="00CE5D2D"/>
    <w:rsid w:val="00D170CA"/>
    <w:rsid w:val="00D319C6"/>
    <w:rsid w:val="00D32DFE"/>
    <w:rsid w:val="00D37734"/>
    <w:rsid w:val="00D559E1"/>
    <w:rsid w:val="00DA4167"/>
    <w:rsid w:val="00DB2DC8"/>
    <w:rsid w:val="00E05BF5"/>
    <w:rsid w:val="00E262C9"/>
    <w:rsid w:val="00E36D80"/>
    <w:rsid w:val="00E63E70"/>
    <w:rsid w:val="00E71633"/>
    <w:rsid w:val="00F21137"/>
    <w:rsid w:val="00F30744"/>
    <w:rsid w:val="00F33D3A"/>
    <w:rsid w:val="00F47F73"/>
    <w:rsid w:val="00F6029A"/>
    <w:rsid w:val="00F959DC"/>
    <w:rsid w:val="00FA6150"/>
    <w:rsid w:val="00FC67EB"/>
    <w:rsid w:val="00FC693F"/>
    <w:rsid w:val="00FE1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A9A717"/>
  <w14:defaultImageDpi w14:val="300"/>
  <w15:docId w15:val="{D1CCE8F5-A1A2-4A89-B6AE-F89917B4A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473</Words>
  <Characters>2617</Characters>
  <Application>Microsoft Office Word</Application>
  <DocSecurity>0</DocSecurity>
  <Lines>65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Terry Young</cp:lastModifiedBy>
  <cp:revision>38</cp:revision>
  <dcterms:created xsi:type="dcterms:W3CDTF">2026-03-23T14:51:00Z</dcterms:created>
  <dcterms:modified xsi:type="dcterms:W3CDTF">2026-03-23T15:23:00Z</dcterms:modified>
  <cp:category/>
</cp:coreProperties>
</file>